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אחד בלי חד־פעמי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הטיעון המרכזי בטקסט ואת הסיבות התומכות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מבנה של טקסט טיעוני: הצעה, סיבות, פתרון וקריאה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לנושא הסביבה והקיימות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שבוע שלם בלי כלים חד-פעמיים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הפגיעה בסביבה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בסוף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כותבת שזה קל יותר משחושבים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שקיות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מתפרק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(משמש פעם אחת ונזרק)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(אפשר לשטוף ולהשתמש בו 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(משימה שדורשת מאמץ)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הטיעון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הכותבת מתארת את הבעיה - הרבה כלים חד-פעמיים נזרקים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מציינת שהפתרון קל יותר משנדמה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קוראת לכולם להצטרף לאתגר בשבוע הבא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פסקה הכוללת לפחות שני טיעונים - אחד מהטקסט (סביבה/קלות) ואחד אישי, בשפה משכנעת וברורה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לוותר על כלים חד-פעמיים לשבוע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פגיעה בסביבה / זה קל יותר משנדמה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להשאיר ארגז עם כלים רב-פעמיים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כלים חד-פעמיים בכיתה לפני קריאת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מבנה הטיעון - הצעה, סיבות, התמודדות עם התנגדות וקריאה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לדלג על הפריטים המסומנים ולהתמקד בהבנה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אחד בלי חד־פעמי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בטקסט כותבת ילדה מציעה לכיתה שלה לנסות שבוע שלם בלי כלים חד-פעמיים, ומסבירה מדוע זה חשוב וכיצד אפשר לעשות זאת בקלות.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מתפרק  ·  שקיות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מציעה הכותבת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לקנות כלים חד-פעמיים צבעוניים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לאסור אוכל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שבוע שלם בלי כלים חד-פעמיים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הסיבה הראשונה שהכותבת מציינת לאתגר?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זה חוסך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זה קל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הפגיעה בסביבה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הכותבת טוענת ששינוי גדול יכול להתחיל בצעד 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לדברי הכותבת, קל יותר לוותר על חד-פעמי משנדמה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בכל יום נזרקים בכיתה עשרות כוסות, צלחות ו__________ מפלסטיק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פלסטיק חד-פעמי אינו __________ במשך מאות שנים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 למשמעותן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חד-פעמי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משימה שדורשת מאמץ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רב-פעמי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משמש פעם אחת ונזרק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אתגר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אפשר לשטוף ולהשתמש בו 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הטיעון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היא קוראת לכולם להצטרף לאתגר בשבוע הבא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הכותבת מתארת את הבעיה - הרבה כלים חד-פעמיים נזרקים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היא מציינת שהפתרון קל יותר משנדמה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שבה אתם מנסים לשכנע את בני המשפחה שלכם לצמצם שימוש בכלים חד-פעמיים. השתמשו בטיעון אחד מהטקסט ובטיעון אחד משלכם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הצעת הכותבת לכיתה?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סיבה אחת שהכותבת נותנת לאתגר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אחד בלי חד־פעמי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