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אחד בלי חד־פעמי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הטיעון המרכזי בטקסט ואת הסיבות התומכות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מבנה של טקסט טיעוני: הצעה, סיבות, פתרון וקריאה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לנושא הסביבה והקיימות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שבוע שלם בלי כלים חד-פעמיים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הפגיעה בסביבה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מתפרק במשך מאות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ארגז עם כלים רב-פעמיים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לספור כמה שקיות נחסכו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בסוף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כותבת שזה קל יותר משחושבים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טוענת שאפשר להשפיע ולהזמין כיתות נוספות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הטקסט אומר שבעלי חיים בולעים אותו ונפגעים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שקיות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מתפרק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רב-פעמיים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שקיות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למשמעותן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(משמש פעם אחת ונזרק)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(אפשר לשטוף ולהשתמש בו 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(מתפורר לאט לאט)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(משימה שדורשת מאמץ)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(פעולה שחוזרת וקל לעשות אותה)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הטיעון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הכותבת מתארת את הבעיה - הרבה כלים חד-פעמיים נזרקים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היא מסבירה את הנזק לסביבה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היא מציינת שהפתרון קל יותר משנדמה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היא מציעה פתרון למי ששוכח 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היא קוראת לכולם להצטרף לאתגר בשבוע הבא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פסקה הכוללת לפחות שני טיעונים - אחד מהטקסט (סביבה/קלות) ואחד אישי, בשפה משכנעת וברורה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לוותר על כלים חד-פעמיים לשבוע 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פגיעה בסביבה / זה קל יותר משנדמה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להשאיר ארגז עם כלים רב-פעמיים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כלים חד-פעמיים בכיתה לפני קריאת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מבנה הטיעון - הצעה, סיבות, התמודדות עם התנגדות וקריאה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לדלג על הפריטים המסומנים ולהתמקד בהבנה הבסיסית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אחד בלי חד־פעמי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בטקסט ילדה מבקשת מהכיתה שלה לא להשתמש בכלים חד-פעמיים במשך שבוע שלם. היא מסבירה למה זה חשוב וגם למה זה קל.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חד-פעמי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שמשתמשים בו פעם אחת וזורקים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רב-פעמי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שאפשר לשטוף ולהשתמש בו שוב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מתפרק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מתפורר לאט לאט לחתיכות קטנות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אתגר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משימה שדורשת מאמץ ואומץ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שחוזרת על עצמה וקל לעשות אותה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שמנסה לשכנע מישהו במשהו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הטבע שסביבנו - אוויר, מים ואדמה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זעירות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קטנות מאוד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הרעיון של הכותבת?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לקנות כלים חד-פעמיים צבעוניים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לאסור אוכל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שבוע שלם בלי כלים חד-פעמיים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לנקות את החוף פעם בשנה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הכותבת רוצה לעשות את זה - סיבה 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 חוסך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 קל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הפגיעה בסביבה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משפר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לוקח לפלסטיק להתפרק?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מתפרק תוך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מתפרק במשך מאות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מגיע לים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משמש זמן 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אם שוכחים כלים מהבית?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לאכול באותו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לקנות כוס חד-פעמית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ארגז עם כלים רב-פעמיים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לחזור הביתה להביא כלים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אחרי שהשבוע נגמר?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לספור כמה שקיות נחסכו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לקיים מסיבה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להצביע על הרעיון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הכותבת טוענת ששינוי גדול יכול להתחיל בצעד קטן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לדברי הכותבת, קל יותר לוותר על חד-פעמי משנדמה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הכותבת טוענת שאי אפשר לשנות כלום עם כיתה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פלסטיק לעולם לא פוגע בבעלי חיים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בכל יום נזרקים בכיתה עשרות כוסות, צלחות ו__________ מפלסטיק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פלסטיק חד-פעמי אינו __________ במשך מאות 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 ששוכח להביא כלים מהבית יוכל להשתמש בכלים __________ שיישארו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לדברי הכותבת, שינוי גדול מתחיל ב__________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השבוע הכיתה תספור כמה __________ נחסכו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למשמעותן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חד-פעמי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מתפורר לאט לאט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רב-פעמי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משימה שדורשת מאמץ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מתפרק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אפשר לשטוף ולהשתמש בו 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אתגר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פעולה שחוזרת וקל לעשות אותה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משמש פעם אחת ונזרק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הטיעון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היא קוראת לכולם להצטרף לאתגר בשבוע הבא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היא מציעה פתרון למי ששוכח כלים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היא מסבירה את הנזק לסביבה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הכותבת מתארת את הבעיה - הרבה כלים חד-פעמיים נזרקים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היא מציינת שהפתרון קל יותר משנדמה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שבה אתם מנסים לשכנע את בני המשפחה שלכם לצמצם שימוש בכלים חד-פעמיים. השתמשו בטיעון אחד מהטקסט ובטיעון אחד משלכם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הצעת הכותבת לכיתה?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סיבה אחת שהכותבת נותנת לאתגר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הפתרון שהיא מציעה למי ששוכח כלים מהבית?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שבוע אחד בלי חד־פעמי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